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5C4EE6" w14:textId="77777777" w:rsidR="00246B31" w:rsidRDefault="00246B31" w:rsidP="001F798B">
      <w:pPr>
        <w:pStyle w:val="InformeTitulo"/>
        <w:spacing w:after="60"/>
        <w:jc w:val="center"/>
        <w:rPr>
          <w:lang w:val="es-CL"/>
        </w:rPr>
      </w:pPr>
    </w:p>
    <w:p w14:paraId="4B1E5A73" w14:textId="7A0D6157" w:rsidR="001F798B" w:rsidRDefault="00000000" w:rsidP="001F798B">
      <w:pPr>
        <w:pStyle w:val="InformeTitulo"/>
        <w:spacing w:after="60"/>
        <w:jc w:val="center"/>
        <w:rPr>
          <w:lang w:val="es-CL"/>
        </w:rPr>
      </w:pPr>
      <w:r w:rsidRPr="001F798B">
        <w:rPr>
          <w:lang w:val="es-CL"/>
        </w:rPr>
        <w:t>INFORME DE ACTIVIDADES</w:t>
      </w:r>
      <w:r w:rsidR="00246B31">
        <w:rPr>
          <w:lang w:val="es-CL"/>
        </w:rPr>
        <w:t xml:space="preserve"> RECURSO HUMANO</w:t>
      </w:r>
    </w:p>
    <w:p w14:paraId="72964523" w14:textId="77777777" w:rsidR="001F798B" w:rsidRDefault="001F798B" w:rsidP="001F798B">
      <w:pPr>
        <w:pStyle w:val="InformeTitulo"/>
        <w:spacing w:after="60"/>
        <w:jc w:val="center"/>
        <w:rPr>
          <w:lang w:val="es-CL"/>
        </w:rPr>
      </w:pPr>
    </w:p>
    <w:tbl>
      <w:tblPr>
        <w:tblStyle w:val="Tablaconcuadrcula"/>
        <w:tblW w:w="9970" w:type="dxa"/>
        <w:jc w:val="center"/>
        <w:tblLook w:val="04A0" w:firstRow="1" w:lastRow="0" w:firstColumn="1" w:lastColumn="0" w:noHBand="0" w:noVBand="1"/>
      </w:tblPr>
      <w:tblGrid>
        <w:gridCol w:w="2097"/>
        <w:gridCol w:w="7873"/>
      </w:tblGrid>
      <w:tr w:rsidR="001F798B" w:rsidRPr="001F798B" w14:paraId="44DDFCE2" w14:textId="77777777" w:rsidTr="00115A07">
        <w:trPr>
          <w:trHeight w:val="454"/>
          <w:jc w:val="center"/>
        </w:trPr>
        <w:tc>
          <w:tcPr>
            <w:tcW w:w="2097" w:type="dxa"/>
            <w:shd w:val="clear" w:color="auto" w:fill="F3E7EC"/>
          </w:tcPr>
          <w:p w14:paraId="41EB9FE3" w14:textId="253113FB" w:rsidR="001F798B" w:rsidRPr="001F798B" w:rsidRDefault="001F798B" w:rsidP="00115A07">
            <w:pPr>
              <w:rPr>
                <w:lang w:val="es-CL"/>
              </w:rPr>
            </w:pPr>
            <w:r w:rsidRPr="001F798B">
              <w:rPr>
                <w:b/>
                <w:color w:val="7F002B"/>
                <w:lang w:val="es-CL"/>
              </w:rPr>
              <w:t>Nombre del proyecto:</w:t>
            </w:r>
          </w:p>
        </w:tc>
        <w:tc>
          <w:tcPr>
            <w:tcW w:w="7873" w:type="dxa"/>
          </w:tcPr>
          <w:p w14:paraId="07619000" w14:textId="77777777" w:rsidR="001F798B" w:rsidRPr="001F798B" w:rsidRDefault="001F798B" w:rsidP="00115A07">
            <w:pPr>
              <w:rPr>
                <w:lang w:val="es-CL"/>
              </w:rPr>
            </w:pPr>
          </w:p>
        </w:tc>
      </w:tr>
      <w:tr w:rsidR="001F798B" w:rsidRPr="001F798B" w14:paraId="148D0B24" w14:textId="77777777" w:rsidTr="001F798B">
        <w:trPr>
          <w:trHeight w:val="460"/>
          <w:jc w:val="center"/>
        </w:trPr>
        <w:tc>
          <w:tcPr>
            <w:tcW w:w="2097" w:type="dxa"/>
            <w:shd w:val="clear" w:color="auto" w:fill="F3E7EC"/>
          </w:tcPr>
          <w:p w14:paraId="133B3C60" w14:textId="731B116A" w:rsidR="001F798B" w:rsidRPr="001F798B" w:rsidRDefault="001F798B" w:rsidP="00115A07">
            <w:pPr>
              <w:rPr>
                <w:lang w:val="es-CL"/>
              </w:rPr>
            </w:pPr>
            <w:r w:rsidRPr="001F798B">
              <w:rPr>
                <w:b/>
                <w:color w:val="7F002B"/>
                <w:lang w:val="es-CL"/>
              </w:rPr>
              <w:t>Institución/ Beneficiario:</w:t>
            </w:r>
          </w:p>
        </w:tc>
        <w:tc>
          <w:tcPr>
            <w:tcW w:w="7873" w:type="dxa"/>
          </w:tcPr>
          <w:p w14:paraId="6287F348" w14:textId="77777777" w:rsidR="001F798B" w:rsidRPr="001F798B" w:rsidRDefault="001F798B" w:rsidP="00115A07">
            <w:pPr>
              <w:rPr>
                <w:lang w:val="es-CL"/>
              </w:rPr>
            </w:pPr>
          </w:p>
        </w:tc>
      </w:tr>
      <w:tr w:rsidR="001F798B" w:rsidRPr="001F798B" w14:paraId="2F875E51" w14:textId="77777777" w:rsidTr="001F798B">
        <w:trPr>
          <w:trHeight w:val="496"/>
          <w:jc w:val="center"/>
        </w:trPr>
        <w:tc>
          <w:tcPr>
            <w:tcW w:w="2097" w:type="dxa"/>
            <w:shd w:val="clear" w:color="auto" w:fill="F3E7EC"/>
          </w:tcPr>
          <w:p w14:paraId="7F947191" w14:textId="06FC59B5" w:rsidR="001F798B" w:rsidRPr="001F798B" w:rsidRDefault="001F798B" w:rsidP="00115A07">
            <w:pPr>
              <w:rPr>
                <w:b/>
                <w:lang w:val="es-CL"/>
              </w:rPr>
            </w:pPr>
            <w:r w:rsidRPr="001F798B">
              <w:rPr>
                <w:b/>
                <w:color w:val="7F002B"/>
                <w:lang w:val="es-CL"/>
              </w:rPr>
              <w:t>Período informado (mes):</w:t>
            </w:r>
          </w:p>
        </w:tc>
        <w:tc>
          <w:tcPr>
            <w:tcW w:w="7873" w:type="dxa"/>
          </w:tcPr>
          <w:p w14:paraId="7CD5C22E" w14:textId="77777777" w:rsidR="001F798B" w:rsidRPr="001F798B" w:rsidRDefault="001F798B" w:rsidP="00115A07">
            <w:pPr>
              <w:rPr>
                <w:lang w:val="es-CL"/>
              </w:rPr>
            </w:pPr>
          </w:p>
        </w:tc>
      </w:tr>
      <w:tr w:rsidR="001F798B" w:rsidRPr="001F798B" w14:paraId="0CBACE98" w14:textId="77777777" w:rsidTr="001F798B">
        <w:trPr>
          <w:trHeight w:val="403"/>
          <w:jc w:val="center"/>
        </w:trPr>
        <w:tc>
          <w:tcPr>
            <w:tcW w:w="2097" w:type="dxa"/>
            <w:shd w:val="clear" w:color="auto" w:fill="F3E7EC"/>
          </w:tcPr>
          <w:p w14:paraId="773A09C9" w14:textId="14B46A8B" w:rsidR="001F798B" w:rsidRPr="001F798B" w:rsidRDefault="001F798B" w:rsidP="00115A07">
            <w:pPr>
              <w:rPr>
                <w:b/>
                <w:lang w:val="es-CL"/>
              </w:rPr>
            </w:pPr>
            <w:r w:rsidRPr="001F798B">
              <w:rPr>
                <w:b/>
                <w:color w:val="7F002B"/>
                <w:lang w:val="es-CL"/>
              </w:rPr>
              <w:t>Fecha del informe:</w:t>
            </w:r>
          </w:p>
        </w:tc>
        <w:tc>
          <w:tcPr>
            <w:tcW w:w="7873" w:type="dxa"/>
          </w:tcPr>
          <w:p w14:paraId="08966559" w14:textId="77777777" w:rsidR="001F798B" w:rsidRPr="001F798B" w:rsidRDefault="001F798B" w:rsidP="00115A07">
            <w:pPr>
              <w:rPr>
                <w:lang w:val="es-CL"/>
              </w:rPr>
            </w:pPr>
          </w:p>
        </w:tc>
      </w:tr>
      <w:tr w:rsidR="001F798B" w:rsidRPr="001F798B" w14:paraId="7A92C3A6" w14:textId="77777777" w:rsidTr="001F798B">
        <w:trPr>
          <w:trHeight w:val="423"/>
          <w:jc w:val="center"/>
        </w:trPr>
        <w:tc>
          <w:tcPr>
            <w:tcW w:w="2097" w:type="dxa"/>
            <w:shd w:val="clear" w:color="auto" w:fill="F3E7EC"/>
          </w:tcPr>
          <w:p w14:paraId="13AAF083" w14:textId="6841B6DD" w:rsidR="001F798B" w:rsidRPr="001F798B" w:rsidRDefault="001F798B" w:rsidP="00115A07">
            <w:pPr>
              <w:rPr>
                <w:b/>
                <w:color w:val="7F002B"/>
                <w:lang w:val="es-CL"/>
              </w:rPr>
            </w:pPr>
            <w:r w:rsidRPr="001F798B">
              <w:rPr>
                <w:b/>
                <w:color w:val="7F002B"/>
                <w:lang w:val="es-CL"/>
              </w:rPr>
              <w:t>Lugar de ejecución:</w:t>
            </w:r>
          </w:p>
        </w:tc>
        <w:tc>
          <w:tcPr>
            <w:tcW w:w="7873" w:type="dxa"/>
          </w:tcPr>
          <w:p w14:paraId="1FD99E18" w14:textId="77777777" w:rsidR="001F798B" w:rsidRPr="001F798B" w:rsidRDefault="001F798B" w:rsidP="00115A07">
            <w:pPr>
              <w:rPr>
                <w:lang w:val="es-CL"/>
              </w:rPr>
            </w:pPr>
          </w:p>
        </w:tc>
      </w:tr>
      <w:tr w:rsidR="001F798B" w:rsidRPr="001F798B" w14:paraId="0DEFA5C5" w14:textId="77777777" w:rsidTr="001F798B">
        <w:trPr>
          <w:trHeight w:val="401"/>
          <w:jc w:val="center"/>
        </w:trPr>
        <w:tc>
          <w:tcPr>
            <w:tcW w:w="2097" w:type="dxa"/>
            <w:shd w:val="clear" w:color="auto" w:fill="F3E7EC"/>
          </w:tcPr>
          <w:p w14:paraId="6B68BBB3" w14:textId="036B1FC7" w:rsidR="001F798B" w:rsidRPr="001F798B" w:rsidRDefault="001F798B" w:rsidP="00115A07">
            <w:pPr>
              <w:rPr>
                <w:b/>
                <w:color w:val="7F002B"/>
                <w:lang w:val="es-CL"/>
              </w:rPr>
            </w:pPr>
            <w:r w:rsidRPr="001F798B">
              <w:rPr>
                <w:b/>
                <w:color w:val="7F002B"/>
                <w:lang w:val="es-CL"/>
              </w:rPr>
              <w:t>Responsable:</w:t>
            </w:r>
          </w:p>
        </w:tc>
        <w:tc>
          <w:tcPr>
            <w:tcW w:w="7873" w:type="dxa"/>
          </w:tcPr>
          <w:p w14:paraId="2BF5C0BC" w14:textId="77777777" w:rsidR="001F798B" w:rsidRPr="001F798B" w:rsidRDefault="001F798B" w:rsidP="00115A07">
            <w:pPr>
              <w:rPr>
                <w:lang w:val="es-CL"/>
              </w:rPr>
            </w:pPr>
          </w:p>
        </w:tc>
      </w:tr>
    </w:tbl>
    <w:p w14:paraId="05695308" w14:textId="77777777" w:rsidR="009368FE" w:rsidRPr="001F798B" w:rsidRDefault="00000000">
      <w:pPr>
        <w:pStyle w:val="Seccion"/>
        <w:spacing w:before="160" w:after="80"/>
        <w:rPr>
          <w:lang w:val="es-CL"/>
        </w:rPr>
      </w:pPr>
      <w:r w:rsidRPr="001F798B">
        <w:rPr>
          <w:lang w:val="es-CL"/>
        </w:rPr>
        <w:t>1. OBJETIVO GENERAL</w:t>
      </w:r>
    </w:p>
    <w:p w14:paraId="282CAB2F" w14:textId="08BD5CD5" w:rsidR="00246B31" w:rsidRPr="00246B31" w:rsidRDefault="00246B31">
      <w:pPr>
        <w:pStyle w:val="Seccion"/>
        <w:spacing w:before="160" w:after="80"/>
        <w:rPr>
          <w:color w:val="auto"/>
          <w:lang w:val="es-CL"/>
        </w:rPr>
      </w:pPr>
      <w:r w:rsidRPr="00246B31">
        <w:rPr>
          <w:color w:val="auto"/>
          <w:lang w:val="es-C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BD85635" w14:textId="56A58D5A" w:rsidR="009368FE" w:rsidRPr="001F798B" w:rsidRDefault="00000000">
      <w:pPr>
        <w:pStyle w:val="Seccion"/>
        <w:spacing w:before="160" w:after="80"/>
        <w:rPr>
          <w:lang w:val="es-CL"/>
        </w:rPr>
      </w:pPr>
      <w:r w:rsidRPr="001F798B">
        <w:rPr>
          <w:lang w:val="es-CL"/>
        </w:rPr>
        <w:t>2. ACTIVIDADES REALIZADAS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126"/>
        <w:gridCol w:w="4219"/>
        <w:gridCol w:w="1334"/>
        <w:gridCol w:w="2283"/>
      </w:tblGrid>
      <w:tr w:rsidR="00246B31" w:rsidRPr="001F798B" w14:paraId="2961D1E0" w14:textId="2ED162FA" w:rsidTr="00246B31">
        <w:trPr>
          <w:jc w:val="center"/>
        </w:trPr>
        <w:tc>
          <w:tcPr>
            <w:tcW w:w="2126" w:type="dxa"/>
            <w:shd w:val="clear" w:color="auto" w:fill="7F002B"/>
            <w:vAlign w:val="center"/>
          </w:tcPr>
          <w:p w14:paraId="6570106F" w14:textId="77777777" w:rsidR="00246B31" w:rsidRPr="001F798B" w:rsidRDefault="00246B31" w:rsidP="00246B31">
            <w:pPr>
              <w:rPr>
                <w:lang w:val="es-CL"/>
              </w:rPr>
            </w:pPr>
            <w:r w:rsidRPr="001F798B">
              <w:rPr>
                <w:b/>
                <w:color w:val="FFFFFF"/>
                <w:lang w:val="es-CL"/>
              </w:rPr>
              <w:t>ACTIVIDAD</w:t>
            </w:r>
          </w:p>
        </w:tc>
        <w:tc>
          <w:tcPr>
            <w:tcW w:w="4219" w:type="dxa"/>
            <w:shd w:val="clear" w:color="auto" w:fill="7F002B"/>
            <w:vAlign w:val="center"/>
          </w:tcPr>
          <w:p w14:paraId="173362CB" w14:textId="77777777" w:rsidR="00246B31" w:rsidRPr="001F798B" w:rsidRDefault="00246B31" w:rsidP="00246B31">
            <w:pPr>
              <w:rPr>
                <w:lang w:val="es-CL"/>
              </w:rPr>
            </w:pPr>
            <w:r w:rsidRPr="001F798B">
              <w:rPr>
                <w:b/>
                <w:color w:val="FFFFFF"/>
                <w:lang w:val="es-CL"/>
              </w:rPr>
              <w:t>DESCRIPCIÓN</w:t>
            </w:r>
          </w:p>
        </w:tc>
        <w:tc>
          <w:tcPr>
            <w:tcW w:w="1334" w:type="dxa"/>
            <w:shd w:val="clear" w:color="auto" w:fill="7F002B"/>
          </w:tcPr>
          <w:p w14:paraId="4B186CF6" w14:textId="0D076CD7" w:rsidR="00246B31" w:rsidRPr="001F798B" w:rsidRDefault="00246B31" w:rsidP="00246B31">
            <w:pPr>
              <w:rPr>
                <w:b/>
                <w:color w:val="FFFFFF"/>
                <w:lang w:val="es-CL"/>
              </w:rPr>
            </w:pPr>
            <w:r>
              <w:rPr>
                <w:b/>
                <w:color w:val="FFFFFF"/>
                <w:lang w:val="es-CL"/>
              </w:rPr>
              <w:t>CANTIDAD</w:t>
            </w:r>
          </w:p>
        </w:tc>
        <w:tc>
          <w:tcPr>
            <w:tcW w:w="2283" w:type="dxa"/>
            <w:shd w:val="clear" w:color="auto" w:fill="7F002B"/>
          </w:tcPr>
          <w:p w14:paraId="31CEE437" w14:textId="726677D7" w:rsidR="00246B31" w:rsidRPr="001F798B" w:rsidRDefault="00246B31" w:rsidP="00246B31">
            <w:pPr>
              <w:rPr>
                <w:b/>
                <w:color w:val="FFFFFF"/>
                <w:lang w:val="es-CL"/>
              </w:rPr>
            </w:pPr>
            <w:r>
              <w:rPr>
                <w:b/>
                <w:color w:val="FFFFFF"/>
                <w:lang w:val="es-CL"/>
              </w:rPr>
              <w:t>HORAS</w:t>
            </w:r>
          </w:p>
        </w:tc>
      </w:tr>
      <w:tr w:rsidR="00246B31" w:rsidRPr="001F798B" w14:paraId="10D8746D" w14:textId="6915F230" w:rsidTr="00246B31">
        <w:trPr>
          <w:jc w:val="center"/>
        </w:trPr>
        <w:tc>
          <w:tcPr>
            <w:tcW w:w="2126" w:type="dxa"/>
            <w:vAlign w:val="center"/>
          </w:tcPr>
          <w:p w14:paraId="54CE9691" w14:textId="77777777" w:rsidR="00246B31" w:rsidRDefault="00246B31" w:rsidP="00246B31">
            <w:pPr>
              <w:rPr>
                <w:lang w:val="es-CL"/>
              </w:rPr>
            </w:pPr>
          </w:p>
          <w:p w14:paraId="28BD46D5" w14:textId="4E794018" w:rsidR="00246B31" w:rsidRPr="001F798B" w:rsidRDefault="00246B31" w:rsidP="00246B31">
            <w:pPr>
              <w:rPr>
                <w:lang w:val="es-CL"/>
              </w:rPr>
            </w:pPr>
          </w:p>
        </w:tc>
        <w:tc>
          <w:tcPr>
            <w:tcW w:w="4219" w:type="dxa"/>
            <w:vAlign w:val="center"/>
          </w:tcPr>
          <w:p w14:paraId="005325A9" w14:textId="301FC946" w:rsidR="00246B31" w:rsidRPr="001F798B" w:rsidRDefault="00246B31" w:rsidP="00246B31">
            <w:pPr>
              <w:rPr>
                <w:lang w:val="es-CL"/>
              </w:rPr>
            </w:pPr>
          </w:p>
        </w:tc>
        <w:tc>
          <w:tcPr>
            <w:tcW w:w="1334" w:type="dxa"/>
          </w:tcPr>
          <w:p w14:paraId="6DF23889" w14:textId="7E4ECD1D" w:rsidR="00246B31" w:rsidRPr="001F798B" w:rsidRDefault="00246B31" w:rsidP="00246B31">
            <w:pPr>
              <w:rPr>
                <w:lang w:val="es-CL"/>
              </w:rPr>
            </w:pPr>
          </w:p>
        </w:tc>
        <w:tc>
          <w:tcPr>
            <w:tcW w:w="2283" w:type="dxa"/>
          </w:tcPr>
          <w:p w14:paraId="09F8FDF9" w14:textId="36E15A37" w:rsidR="00246B31" w:rsidRPr="001F798B" w:rsidRDefault="00246B31" w:rsidP="00246B31">
            <w:pPr>
              <w:rPr>
                <w:lang w:val="es-CL"/>
              </w:rPr>
            </w:pPr>
          </w:p>
        </w:tc>
      </w:tr>
      <w:tr w:rsidR="00246B31" w:rsidRPr="001F798B" w14:paraId="734B90D9" w14:textId="3033E777" w:rsidTr="00246B31">
        <w:trPr>
          <w:jc w:val="center"/>
        </w:trPr>
        <w:tc>
          <w:tcPr>
            <w:tcW w:w="2126" w:type="dxa"/>
            <w:vAlign w:val="center"/>
          </w:tcPr>
          <w:p w14:paraId="1D1029D6" w14:textId="77777777" w:rsidR="00246B31" w:rsidRDefault="00246B31" w:rsidP="00246B31">
            <w:pPr>
              <w:rPr>
                <w:lang w:val="es-CL"/>
              </w:rPr>
            </w:pPr>
          </w:p>
          <w:p w14:paraId="5AF73DA2" w14:textId="454C6929" w:rsidR="00246B31" w:rsidRPr="001F798B" w:rsidRDefault="00246B31" w:rsidP="00246B31">
            <w:pPr>
              <w:rPr>
                <w:lang w:val="es-CL"/>
              </w:rPr>
            </w:pPr>
          </w:p>
        </w:tc>
        <w:tc>
          <w:tcPr>
            <w:tcW w:w="4219" w:type="dxa"/>
            <w:vAlign w:val="center"/>
          </w:tcPr>
          <w:p w14:paraId="5A04555C" w14:textId="1C9CC55E" w:rsidR="00246B31" w:rsidRPr="001F798B" w:rsidRDefault="00246B31" w:rsidP="00246B31">
            <w:pPr>
              <w:rPr>
                <w:lang w:val="es-CL"/>
              </w:rPr>
            </w:pPr>
          </w:p>
        </w:tc>
        <w:tc>
          <w:tcPr>
            <w:tcW w:w="1334" w:type="dxa"/>
          </w:tcPr>
          <w:p w14:paraId="5FAB13CD" w14:textId="47EE24A0" w:rsidR="00246B31" w:rsidRPr="001F798B" w:rsidRDefault="00246B31" w:rsidP="00246B31">
            <w:pPr>
              <w:rPr>
                <w:lang w:val="es-CL"/>
              </w:rPr>
            </w:pPr>
          </w:p>
        </w:tc>
        <w:tc>
          <w:tcPr>
            <w:tcW w:w="2283" w:type="dxa"/>
          </w:tcPr>
          <w:p w14:paraId="524387F0" w14:textId="77777777" w:rsidR="00246B31" w:rsidRPr="001F798B" w:rsidRDefault="00246B31" w:rsidP="00246B31">
            <w:pPr>
              <w:rPr>
                <w:lang w:val="es-CL"/>
              </w:rPr>
            </w:pPr>
          </w:p>
        </w:tc>
      </w:tr>
      <w:tr w:rsidR="00246B31" w:rsidRPr="001F798B" w14:paraId="674E8AB6" w14:textId="03C2D583" w:rsidTr="00246B31">
        <w:trPr>
          <w:jc w:val="center"/>
        </w:trPr>
        <w:tc>
          <w:tcPr>
            <w:tcW w:w="2126" w:type="dxa"/>
            <w:vAlign w:val="center"/>
          </w:tcPr>
          <w:p w14:paraId="7760AE71" w14:textId="77777777" w:rsidR="00246B31" w:rsidRDefault="00246B31" w:rsidP="00246B31">
            <w:pPr>
              <w:rPr>
                <w:lang w:val="es-CL"/>
              </w:rPr>
            </w:pPr>
          </w:p>
          <w:p w14:paraId="3500BA49" w14:textId="6C6C1349" w:rsidR="00246B31" w:rsidRPr="001F798B" w:rsidRDefault="00246B31" w:rsidP="00246B31">
            <w:pPr>
              <w:rPr>
                <w:lang w:val="es-CL"/>
              </w:rPr>
            </w:pPr>
          </w:p>
        </w:tc>
        <w:tc>
          <w:tcPr>
            <w:tcW w:w="4219" w:type="dxa"/>
            <w:vAlign w:val="center"/>
          </w:tcPr>
          <w:p w14:paraId="77F75A42" w14:textId="1F6B24B6" w:rsidR="00246B31" w:rsidRPr="001F798B" w:rsidRDefault="00246B31" w:rsidP="00246B31">
            <w:pPr>
              <w:rPr>
                <w:lang w:val="es-CL"/>
              </w:rPr>
            </w:pPr>
          </w:p>
        </w:tc>
        <w:tc>
          <w:tcPr>
            <w:tcW w:w="1334" w:type="dxa"/>
          </w:tcPr>
          <w:p w14:paraId="08A9F26F" w14:textId="15FFE904" w:rsidR="00246B31" w:rsidRPr="001F798B" w:rsidRDefault="00246B31" w:rsidP="00246B31">
            <w:pPr>
              <w:rPr>
                <w:lang w:val="es-CL"/>
              </w:rPr>
            </w:pPr>
          </w:p>
        </w:tc>
        <w:tc>
          <w:tcPr>
            <w:tcW w:w="2283" w:type="dxa"/>
          </w:tcPr>
          <w:p w14:paraId="6485B577" w14:textId="77777777" w:rsidR="00246B31" w:rsidRPr="001F798B" w:rsidRDefault="00246B31" w:rsidP="00246B31">
            <w:pPr>
              <w:rPr>
                <w:lang w:val="es-CL"/>
              </w:rPr>
            </w:pPr>
          </w:p>
        </w:tc>
      </w:tr>
      <w:tr w:rsidR="00246B31" w:rsidRPr="001F798B" w14:paraId="13E4FF42" w14:textId="788F7CE1" w:rsidTr="00246B31">
        <w:trPr>
          <w:jc w:val="center"/>
        </w:trPr>
        <w:tc>
          <w:tcPr>
            <w:tcW w:w="2126" w:type="dxa"/>
            <w:vAlign w:val="center"/>
          </w:tcPr>
          <w:p w14:paraId="54087DC6" w14:textId="77777777" w:rsidR="00246B31" w:rsidRDefault="00246B31" w:rsidP="00246B31">
            <w:pPr>
              <w:rPr>
                <w:lang w:val="es-CL"/>
              </w:rPr>
            </w:pPr>
          </w:p>
          <w:p w14:paraId="4B2C6852" w14:textId="1603E110" w:rsidR="00246B31" w:rsidRPr="001F798B" w:rsidRDefault="00246B31" w:rsidP="00246B31">
            <w:pPr>
              <w:rPr>
                <w:lang w:val="es-CL"/>
              </w:rPr>
            </w:pPr>
          </w:p>
        </w:tc>
        <w:tc>
          <w:tcPr>
            <w:tcW w:w="4219" w:type="dxa"/>
            <w:vAlign w:val="center"/>
          </w:tcPr>
          <w:p w14:paraId="01AAE377" w14:textId="092CC811" w:rsidR="00246B31" w:rsidRPr="001F798B" w:rsidRDefault="00246B31" w:rsidP="00246B31">
            <w:pPr>
              <w:rPr>
                <w:lang w:val="es-CL"/>
              </w:rPr>
            </w:pPr>
          </w:p>
        </w:tc>
        <w:tc>
          <w:tcPr>
            <w:tcW w:w="1334" w:type="dxa"/>
          </w:tcPr>
          <w:p w14:paraId="25368E5E" w14:textId="159AFE98" w:rsidR="00246B31" w:rsidRPr="001F798B" w:rsidRDefault="00246B31" w:rsidP="00246B31">
            <w:pPr>
              <w:rPr>
                <w:lang w:val="es-CL"/>
              </w:rPr>
            </w:pPr>
          </w:p>
        </w:tc>
        <w:tc>
          <w:tcPr>
            <w:tcW w:w="2283" w:type="dxa"/>
          </w:tcPr>
          <w:p w14:paraId="33B6BE19" w14:textId="77777777" w:rsidR="00246B31" w:rsidRPr="001F798B" w:rsidRDefault="00246B31" w:rsidP="00246B31">
            <w:pPr>
              <w:rPr>
                <w:lang w:val="es-CL"/>
              </w:rPr>
            </w:pPr>
          </w:p>
        </w:tc>
      </w:tr>
      <w:tr w:rsidR="00246B31" w:rsidRPr="001F798B" w14:paraId="4F433937" w14:textId="04A79064" w:rsidTr="00246B31">
        <w:trPr>
          <w:jc w:val="center"/>
        </w:trPr>
        <w:tc>
          <w:tcPr>
            <w:tcW w:w="2126" w:type="dxa"/>
            <w:vAlign w:val="center"/>
          </w:tcPr>
          <w:p w14:paraId="4B6D6BD1" w14:textId="77777777" w:rsidR="00246B31" w:rsidRDefault="00246B31" w:rsidP="00246B31">
            <w:pPr>
              <w:rPr>
                <w:lang w:val="es-CL"/>
              </w:rPr>
            </w:pPr>
          </w:p>
          <w:p w14:paraId="53215534" w14:textId="3150539E" w:rsidR="00246B31" w:rsidRPr="001F798B" w:rsidRDefault="00246B31" w:rsidP="00246B31">
            <w:pPr>
              <w:rPr>
                <w:lang w:val="es-CL"/>
              </w:rPr>
            </w:pPr>
          </w:p>
        </w:tc>
        <w:tc>
          <w:tcPr>
            <w:tcW w:w="4219" w:type="dxa"/>
            <w:vAlign w:val="center"/>
          </w:tcPr>
          <w:p w14:paraId="40CE8EA5" w14:textId="2DDDCEB9" w:rsidR="00246B31" w:rsidRPr="001F798B" w:rsidRDefault="00246B31" w:rsidP="00246B31">
            <w:pPr>
              <w:rPr>
                <w:lang w:val="es-CL"/>
              </w:rPr>
            </w:pPr>
          </w:p>
        </w:tc>
        <w:tc>
          <w:tcPr>
            <w:tcW w:w="1334" w:type="dxa"/>
          </w:tcPr>
          <w:p w14:paraId="60CE32DC" w14:textId="49361CCE" w:rsidR="00246B31" w:rsidRPr="001F798B" w:rsidRDefault="00246B31" w:rsidP="00246B31">
            <w:pPr>
              <w:rPr>
                <w:lang w:val="es-CL"/>
              </w:rPr>
            </w:pPr>
          </w:p>
        </w:tc>
        <w:tc>
          <w:tcPr>
            <w:tcW w:w="2283" w:type="dxa"/>
          </w:tcPr>
          <w:p w14:paraId="2B5AEE7F" w14:textId="77777777" w:rsidR="00246B31" w:rsidRPr="001F798B" w:rsidRDefault="00246B31" w:rsidP="00246B31">
            <w:pPr>
              <w:rPr>
                <w:lang w:val="es-CL"/>
              </w:rPr>
            </w:pPr>
          </w:p>
        </w:tc>
      </w:tr>
    </w:tbl>
    <w:p w14:paraId="60F6D4AF" w14:textId="77777777" w:rsidR="009368FE" w:rsidRPr="001F798B" w:rsidRDefault="00000000">
      <w:pPr>
        <w:pStyle w:val="Seccion"/>
        <w:spacing w:before="160" w:after="80"/>
        <w:rPr>
          <w:lang w:val="es-CL"/>
        </w:rPr>
      </w:pPr>
      <w:r w:rsidRPr="001F798B">
        <w:rPr>
          <w:lang w:val="es-CL"/>
        </w:rPr>
        <w:t>3. PARTICIPANTES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3249"/>
        <w:gridCol w:w="3249"/>
        <w:gridCol w:w="3249"/>
      </w:tblGrid>
      <w:tr w:rsidR="009368FE" w:rsidRPr="001F798B" w14:paraId="017819A2" w14:textId="77777777">
        <w:trPr>
          <w:jc w:val="center"/>
        </w:trPr>
        <w:tc>
          <w:tcPr>
            <w:tcW w:w="3249" w:type="dxa"/>
            <w:shd w:val="clear" w:color="auto" w:fill="F3E7EC"/>
          </w:tcPr>
          <w:p w14:paraId="784A3861" w14:textId="3248A449" w:rsidR="009368FE" w:rsidRPr="001F798B" w:rsidRDefault="00000000">
            <w:pPr>
              <w:rPr>
                <w:lang w:val="es-CL"/>
              </w:rPr>
            </w:pPr>
            <w:proofErr w:type="gramStart"/>
            <w:r w:rsidRPr="001F798B">
              <w:rPr>
                <w:b/>
                <w:color w:val="7F002B"/>
                <w:lang w:val="es-CL"/>
              </w:rPr>
              <w:t>TOTAL</w:t>
            </w:r>
            <w:proofErr w:type="gramEnd"/>
            <w:r w:rsidRPr="001F798B">
              <w:rPr>
                <w:b/>
                <w:color w:val="7F002B"/>
                <w:lang w:val="es-CL"/>
              </w:rPr>
              <w:t xml:space="preserve"> </w:t>
            </w:r>
            <w:r w:rsidR="00246B31">
              <w:rPr>
                <w:b/>
                <w:color w:val="7F002B"/>
                <w:lang w:val="es-CL"/>
              </w:rPr>
              <w:t>PARTICIPANTES</w:t>
            </w:r>
          </w:p>
        </w:tc>
        <w:tc>
          <w:tcPr>
            <w:tcW w:w="3249" w:type="dxa"/>
            <w:shd w:val="clear" w:color="auto" w:fill="F3E7EC"/>
          </w:tcPr>
          <w:p w14:paraId="5261D647" w14:textId="77777777" w:rsidR="009368FE" w:rsidRPr="001F798B" w:rsidRDefault="00000000">
            <w:pPr>
              <w:rPr>
                <w:lang w:val="es-CL"/>
              </w:rPr>
            </w:pPr>
            <w:r w:rsidRPr="001F798B">
              <w:rPr>
                <w:b/>
                <w:color w:val="7F002B"/>
                <w:lang w:val="es-CL"/>
              </w:rPr>
              <w:t>HOMBRES</w:t>
            </w:r>
          </w:p>
        </w:tc>
        <w:tc>
          <w:tcPr>
            <w:tcW w:w="3249" w:type="dxa"/>
            <w:shd w:val="clear" w:color="auto" w:fill="F3E7EC"/>
          </w:tcPr>
          <w:p w14:paraId="0E663125" w14:textId="77777777" w:rsidR="009368FE" w:rsidRPr="001F798B" w:rsidRDefault="00000000">
            <w:pPr>
              <w:rPr>
                <w:lang w:val="es-CL"/>
              </w:rPr>
            </w:pPr>
            <w:r w:rsidRPr="001F798B">
              <w:rPr>
                <w:b/>
                <w:color w:val="7F002B"/>
                <w:lang w:val="es-CL"/>
              </w:rPr>
              <w:t>MUJERES</w:t>
            </w:r>
          </w:p>
        </w:tc>
      </w:tr>
      <w:tr w:rsidR="009368FE" w:rsidRPr="001F798B" w14:paraId="59B6373D" w14:textId="77777777">
        <w:trPr>
          <w:jc w:val="center"/>
        </w:trPr>
        <w:tc>
          <w:tcPr>
            <w:tcW w:w="3249" w:type="dxa"/>
          </w:tcPr>
          <w:p w14:paraId="52B47448" w14:textId="77777777" w:rsidR="009368FE" w:rsidRDefault="009368FE">
            <w:pPr>
              <w:jc w:val="center"/>
              <w:rPr>
                <w:lang w:val="es-CL"/>
              </w:rPr>
            </w:pPr>
          </w:p>
          <w:p w14:paraId="777C1060" w14:textId="4AC66895" w:rsidR="00246B31" w:rsidRPr="001F798B" w:rsidRDefault="00246B31">
            <w:pPr>
              <w:jc w:val="center"/>
              <w:rPr>
                <w:lang w:val="es-CL"/>
              </w:rPr>
            </w:pPr>
          </w:p>
        </w:tc>
        <w:tc>
          <w:tcPr>
            <w:tcW w:w="3249" w:type="dxa"/>
          </w:tcPr>
          <w:p w14:paraId="6D8D1960" w14:textId="76D28CCD" w:rsidR="009368FE" w:rsidRPr="001F798B" w:rsidRDefault="009368FE">
            <w:pPr>
              <w:jc w:val="center"/>
              <w:rPr>
                <w:lang w:val="es-CL"/>
              </w:rPr>
            </w:pPr>
          </w:p>
        </w:tc>
        <w:tc>
          <w:tcPr>
            <w:tcW w:w="3249" w:type="dxa"/>
          </w:tcPr>
          <w:p w14:paraId="59136FD6" w14:textId="06707A27" w:rsidR="009368FE" w:rsidRPr="001F798B" w:rsidRDefault="009368FE">
            <w:pPr>
              <w:jc w:val="center"/>
              <w:rPr>
                <w:lang w:val="es-CL"/>
              </w:rPr>
            </w:pPr>
          </w:p>
        </w:tc>
      </w:tr>
    </w:tbl>
    <w:p w14:paraId="3E71F87A" w14:textId="27D340FD" w:rsidR="009368FE" w:rsidRPr="001F798B" w:rsidRDefault="009368FE">
      <w:pPr>
        <w:pStyle w:val="Seccion"/>
        <w:spacing w:before="160" w:after="80"/>
        <w:rPr>
          <w:lang w:val="es-CL"/>
        </w:rPr>
      </w:pPr>
    </w:p>
    <w:p w14:paraId="0A02B947" w14:textId="74B9D768" w:rsidR="009368FE" w:rsidRPr="001F798B" w:rsidRDefault="00246B31">
      <w:pPr>
        <w:pStyle w:val="Seccion"/>
        <w:spacing w:before="160" w:after="80"/>
        <w:rPr>
          <w:lang w:val="es-CL"/>
        </w:rPr>
      </w:pPr>
      <w:r>
        <w:rPr>
          <w:lang w:val="es-CL"/>
        </w:rPr>
        <w:t>4</w:t>
      </w:r>
      <w:r w:rsidRPr="001F798B">
        <w:rPr>
          <w:lang w:val="es-CL"/>
        </w:rPr>
        <w:t>. OBSERVACIONES GENERALES</w:t>
      </w:r>
    </w:p>
    <w:p w14:paraId="258A9410" w14:textId="7D3D1499" w:rsidR="009368FE" w:rsidRPr="001F798B" w:rsidRDefault="00000000">
      <w:pPr>
        <w:spacing w:after="160"/>
        <w:rPr>
          <w:lang w:val="es-CL"/>
        </w:rPr>
      </w:pPr>
      <w:r w:rsidRPr="001F798B">
        <w:rPr>
          <w:lang w:val="es-CL"/>
        </w:rPr>
        <w:t>____________________________________________________________</w:t>
      </w:r>
      <w:r w:rsidR="001F798B" w:rsidRPr="001F798B">
        <w:rPr>
          <w:lang w:val="es-C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1F798B">
        <w:rPr>
          <w:lang w:val="es-CL"/>
        </w:rPr>
        <w:t>____________________</w:t>
      </w:r>
      <w:r w:rsidRPr="001F798B">
        <w:rPr>
          <w:lang w:val="es-CL"/>
        </w:rPr>
        <w:br/>
      </w:r>
    </w:p>
    <w:p w14:paraId="7F577608" w14:textId="7671389E" w:rsidR="009368FE" w:rsidRPr="001F798B" w:rsidRDefault="00246B31">
      <w:pPr>
        <w:pStyle w:val="Seccion"/>
        <w:spacing w:before="160" w:after="80"/>
        <w:rPr>
          <w:lang w:val="es-CL"/>
        </w:rPr>
      </w:pPr>
      <w:r>
        <w:rPr>
          <w:lang w:val="es-CL"/>
        </w:rPr>
        <w:t>5</w:t>
      </w:r>
      <w:r w:rsidRPr="001F798B">
        <w:rPr>
          <w:lang w:val="es-CL"/>
        </w:rPr>
        <w:t>. FIRMA RESPONSABLE</w:t>
      </w:r>
    </w:p>
    <w:tbl>
      <w:tblPr>
        <w:tblStyle w:val="Tablaconcuadrcula"/>
        <w:tblW w:w="9970" w:type="dxa"/>
        <w:jc w:val="center"/>
        <w:tblLook w:val="04A0" w:firstRow="1" w:lastRow="0" w:firstColumn="1" w:lastColumn="0" w:noHBand="0" w:noVBand="1"/>
      </w:tblPr>
      <w:tblGrid>
        <w:gridCol w:w="2097"/>
        <w:gridCol w:w="7873"/>
      </w:tblGrid>
      <w:tr w:rsidR="009368FE" w:rsidRPr="001F798B" w14:paraId="449CBAEB" w14:textId="77777777" w:rsidTr="001F798B">
        <w:trPr>
          <w:trHeight w:val="454"/>
          <w:jc w:val="center"/>
        </w:trPr>
        <w:tc>
          <w:tcPr>
            <w:tcW w:w="2097" w:type="dxa"/>
            <w:shd w:val="clear" w:color="auto" w:fill="F3E7EC"/>
          </w:tcPr>
          <w:p w14:paraId="59581467" w14:textId="77777777" w:rsidR="009368FE" w:rsidRPr="001F798B" w:rsidRDefault="00000000">
            <w:pPr>
              <w:rPr>
                <w:lang w:val="es-CL"/>
              </w:rPr>
            </w:pPr>
            <w:r w:rsidRPr="001F798B">
              <w:rPr>
                <w:b/>
                <w:lang w:val="es-CL"/>
              </w:rPr>
              <w:t>Nombre:</w:t>
            </w:r>
          </w:p>
        </w:tc>
        <w:tc>
          <w:tcPr>
            <w:tcW w:w="7873" w:type="dxa"/>
          </w:tcPr>
          <w:p w14:paraId="2313AB3B" w14:textId="4579F8CB" w:rsidR="009368FE" w:rsidRPr="001F798B" w:rsidRDefault="009368FE">
            <w:pPr>
              <w:rPr>
                <w:lang w:val="es-CL"/>
              </w:rPr>
            </w:pPr>
          </w:p>
        </w:tc>
      </w:tr>
      <w:tr w:rsidR="004D7C2F" w:rsidRPr="001F798B" w14:paraId="2267DC55" w14:textId="77777777" w:rsidTr="004D7C2F">
        <w:trPr>
          <w:trHeight w:val="367"/>
          <w:jc w:val="center"/>
        </w:trPr>
        <w:tc>
          <w:tcPr>
            <w:tcW w:w="2097" w:type="dxa"/>
            <w:shd w:val="clear" w:color="auto" w:fill="F3E7EC"/>
          </w:tcPr>
          <w:p w14:paraId="21DEFF0E" w14:textId="0D47D770" w:rsidR="004D7C2F" w:rsidRPr="001F798B" w:rsidRDefault="004D7C2F">
            <w:pPr>
              <w:rPr>
                <w:b/>
                <w:lang w:val="es-CL"/>
              </w:rPr>
            </w:pPr>
            <w:r>
              <w:rPr>
                <w:b/>
                <w:lang w:val="es-CL"/>
              </w:rPr>
              <w:t>Fecha:</w:t>
            </w:r>
          </w:p>
        </w:tc>
        <w:tc>
          <w:tcPr>
            <w:tcW w:w="7873" w:type="dxa"/>
          </w:tcPr>
          <w:p w14:paraId="02EB92B5" w14:textId="77777777" w:rsidR="004D7C2F" w:rsidRPr="001F798B" w:rsidRDefault="004D7C2F">
            <w:pPr>
              <w:rPr>
                <w:lang w:val="es-CL"/>
              </w:rPr>
            </w:pPr>
          </w:p>
        </w:tc>
      </w:tr>
      <w:tr w:rsidR="009368FE" w:rsidRPr="001F798B" w14:paraId="2CE99CD3" w14:textId="77777777" w:rsidTr="001F798B">
        <w:trPr>
          <w:trHeight w:val="686"/>
          <w:jc w:val="center"/>
        </w:trPr>
        <w:tc>
          <w:tcPr>
            <w:tcW w:w="2097" w:type="dxa"/>
            <w:shd w:val="clear" w:color="auto" w:fill="F3E7EC"/>
          </w:tcPr>
          <w:p w14:paraId="16D6BDC3" w14:textId="77777777" w:rsidR="009368FE" w:rsidRPr="001F798B" w:rsidRDefault="00000000">
            <w:pPr>
              <w:rPr>
                <w:lang w:val="es-CL"/>
              </w:rPr>
            </w:pPr>
            <w:r w:rsidRPr="001F798B">
              <w:rPr>
                <w:b/>
                <w:lang w:val="es-CL"/>
              </w:rPr>
              <w:t>Firma:</w:t>
            </w:r>
          </w:p>
        </w:tc>
        <w:tc>
          <w:tcPr>
            <w:tcW w:w="7873" w:type="dxa"/>
          </w:tcPr>
          <w:p w14:paraId="2D43C4DF" w14:textId="77777777" w:rsidR="009368FE" w:rsidRDefault="009368FE">
            <w:pPr>
              <w:rPr>
                <w:lang w:val="es-CL"/>
              </w:rPr>
            </w:pPr>
          </w:p>
          <w:p w14:paraId="255687E1" w14:textId="77777777" w:rsidR="004D7C2F" w:rsidRDefault="004D7C2F">
            <w:pPr>
              <w:rPr>
                <w:lang w:val="es-CL"/>
              </w:rPr>
            </w:pPr>
          </w:p>
          <w:p w14:paraId="4EE9DA0D" w14:textId="77777777" w:rsidR="004D7C2F" w:rsidRDefault="004D7C2F">
            <w:pPr>
              <w:rPr>
                <w:lang w:val="es-CL"/>
              </w:rPr>
            </w:pPr>
          </w:p>
          <w:p w14:paraId="473A916B" w14:textId="4C8376BA" w:rsidR="004D7C2F" w:rsidRPr="001F798B" w:rsidRDefault="004D7C2F">
            <w:pPr>
              <w:rPr>
                <w:lang w:val="es-CL"/>
              </w:rPr>
            </w:pPr>
          </w:p>
        </w:tc>
      </w:tr>
    </w:tbl>
    <w:p w14:paraId="19321429" w14:textId="77777777" w:rsidR="00BB1239" w:rsidRPr="001F798B" w:rsidRDefault="00BB1239">
      <w:pPr>
        <w:rPr>
          <w:lang w:val="es-CL"/>
        </w:rPr>
      </w:pPr>
    </w:p>
    <w:sectPr w:rsidR="00BB1239" w:rsidRPr="001F798B" w:rsidSect="001F798B">
      <w:headerReference w:type="default" r:id="rId8"/>
      <w:pgSz w:w="12240" w:h="20160" w:code="5"/>
      <w:pgMar w:top="1020" w:right="1247" w:bottom="1020" w:left="124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B4AEEA" w14:textId="77777777" w:rsidR="000C3D94" w:rsidRDefault="000C3D94">
      <w:pPr>
        <w:spacing w:after="0" w:line="240" w:lineRule="auto"/>
      </w:pPr>
      <w:r>
        <w:separator/>
      </w:r>
    </w:p>
  </w:endnote>
  <w:endnote w:type="continuationSeparator" w:id="0">
    <w:p w14:paraId="06F7A9C7" w14:textId="77777777" w:rsidR="000C3D94" w:rsidRDefault="000C3D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9B0D3D" w14:textId="77777777" w:rsidR="000C3D94" w:rsidRDefault="000C3D94">
      <w:pPr>
        <w:spacing w:after="0" w:line="240" w:lineRule="auto"/>
      </w:pPr>
      <w:r>
        <w:separator/>
      </w:r>
    </w:p>
  </w:footnote>
  <w:footnote w:type="continuationSeparator" w:id="0">
    <w:p w14:paraId="1CAA9F80" w14:textId="77777777" w:rsidR="000C3D94" w:rsidRDefault="000C3D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1A715C" w14:textId="0BD6D087" w:rsidR="009368FE" w:rsidRDefault="001F798B">
    <w:pPr>
      <w:pStyle w:val="Encabezado"/>
      <w:jc w:val="right"/>
    </w:pPr>
    <w:r>
      <w:rPr>
        <w:b/>
        <w:noProof/>
        <w:color w:val="7F002B"/>
        <w:sz w:val="18"/>
      </w:rPr>
      <w:drawing>
        <wp:anchor distT="0" distB="0" distL="114300" distR="114300" simplePos="0" relativeHeight="251658240" behindDoc="1" locked="0" layoutInCell="1" allowOverlap="1" wp14:anchorId="7BEC8285" wp14:editId="5D31A8F9">
          <wp:simplePos x="0" y="0"/>
          <wp:positionH relativeFrom="column">
            <wp:posOffset>-363220</wp:posOffset>
          </wp:positionH>
          <wp:positionV relativeFrom="paragraph">
            <wp:posOffset>-304800</wp:posOffset>
          </wp:positionV>
          <wp:extent cx="1774234" cy="447675"/>
          <wp:effectExtent l="0" t="0" r="0" b="0"/>
          <wp:wrapNone/>
          <wp:docPr id="178327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327" name="Imagen 178327"/>
                  <pic:cNvPicPr/>
                </pic:nvPicPr>
                <pic:blipFill rotWithShape="1">
                  <a:blip r:embed="rId1"/>
                  <a:srcRect t="20758" b="12345"/>
                  <a:stretch>
                    <a:fillRect/>
                  </a:stretch>
                </pic:blipFill>
                <pic:spPr bwMode="auto">
                  <a:xfrm>
                    <a:off x="0" y="0"/>
                    <a:ext cx="1774234" cy="4476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16845089">
    <w:abstractNumId w:val="8"/>
  </w:num>
  <w:num w:numId="2" w16cid:durableId="1694261372">
    <w:abstractNumId w:val="6"/>
  </w:num>
  <w:num w:numId="3" w16cid:durableId="1959336712">
    <w:abstractNumId w:val="5"/>
  </w:num>
  <w:num w:numId="4" w16cid:durableId="771359562">
    <w:abstractNumId w:val="4"/>
  </w:num>
  <w:num w:numId="5" w16cid:durableId="1430394678">
    <w:abstractNumId w:val="7"/>
  </w:num>
  <w:num w:numId="6" w16cid:durableId="1775008799">
    <w:abstractNumId w:val="3"/>
  </w:num>
  <w:num w:numId="7" w16cid:durableId="1010647657">
    <w:abstractNumId w:val="2"/>
  </w:num>
  <w:num w:numId="8" w16cid:durableId="1215308524">
    <w:abstractNumId w:val="1"/>
  </w:num>
  <w:num w:numId="9" w16cid:durableId="20083618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C3D94"/>
    <w:rsid w:val="0015074B"/>
    <w:rsid w:val="001F798B"/>
    <w:rsid w:val="00246B31"/>
    <w:rsid w:val="0029639D"/>
    <w:rsid w:val="00326F90"/>
    <w:rsid w:val="003D3624"/>
    <w:rsid w:val="004D7C2F"/>
    <w:rsid w:val="00765FF0"/>
    <w:rsid w:val="009368FE"/>
    <w:rsid w:val="00AA1D8D"/>
    <w:rsid w:val="00B47730"/>
    <w:rsid w:val="00BB1239"/>
    <w:rsid w:val="00C17BFC"/>
    <w:rsid w:val="00CB0664"/>
    <w:rsid w:val="00DC485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189388D"/>
  <w14:defaultImageDpi w14:val="300"/>
  <w15:docId w15:val="{33045C42-C0A5-45CF-BCDC-C15F164B9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ptos" w:hAnsi="Aptos"/>
      <w:sz w:val="21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uerte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InformeTitulo">
    <w:name w:val="InformeTitulo"/>
    <w:rPr>
      <w:rFonts w:ascii="Aptos" w:hAnsi="Aptos"/>
      <w:b/>
      <w:color w:val="7F002B"/>
      <w:sz w:val="36"/>
    </w:rPr>
  </w:style>
  <w:style w:type="paragraph" w:customStyle="1" w:styleId="Seccion">
    <w:name w:val="Seccion"/>
    <w:rPr>
      <w:rFonts w:ascii="Aptos" w:hAnsi="Aptos"/>
      <w:b/>
      <w:color w:val="7F002B"/>
      <w:sz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1108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Barbara Paola Luna Caceres</cp:lastModifiedBy>
  <cp:revision>3</cp:revision>
  <dcterms:created xsi:type="dcterms:W3CDTF">2026-09-04T19:21:00Z</dcterms:created>
  <dcterms:modified xsi:type="dcterms:W3CDTF">2026-09-04T19:23:00Z</dcterms:modified>
  <cp:category/>
</cp:coreProperties>
</file>